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DC2BF" w14:textId="6173A8C2" w:rsidR="00651C13" w:rsidRPr="00FE04CE" w:rsidRDefault="009A6E0F" w:rsidP="00651C13">
      <w:pPr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b/>
          <w:sz w:val="24"/>
          <w:szCs w:val="24"/>
          <w:lang w:val="it-IT"/>
        </w:rPr>
        <w:t>ALLEGATO A</w:t>
      </w:r>
      <w:r w:rsidR="00FE04CE" w:rsidRPr="00FE04CE">
        <w:rPr>
          <w:rFonts w:asciiTheme="majorHAnsi" w:hAnsiTheme="majorHAnsi" w:cstheme="majorHAnsi"/>
          <w:b/>
          <w:sz w:val="24"/>
          <w:szCs w:val="24"/>
          <w:lang w:val="it-IT"/>
        </w:rPr>
        <w:t>)</w:t>
      </w:r>
    </w:p>
    <w:p w14:paraId="78A7F515" w14:textId="0F859B26" w:rsidR="00553D4A" w:rsidRDefault="009A6E0F" w:rsidP="00FE04CE">
      <w:pPr>
        <w:jc w:val="center"/>
        <w:rPr>
          <w:rFonts w:asciiTheme="majorHAnsi" w:hAnsiTheme="majorHAnsi" w:cstheme="majorHAnsi"/>
          <w:b/>
          <w:sz w:val="28"/>
          <w:szCs w:val="28"/>
          <w:lang w:val="it-IT"/>
        </w:rPr>
      </w:pPr>
      <w:r w:rsidRPr="00FE04CE">
        <w:rPr>
          <w:rFonts w:asciiTheme="majorHAnsi" w:hAnsiTheme="majorHAnsi" w:cstheme="majorHAnsi"/>
          <w:b/>
          <w:sz w:val="28"/>
          <w:szCs w:val="28"/>
          <w:lang w:val="it-IT"/>
        </w:rPr>
        <w:t>DOMANDA DI SPONSORIZZAZIONE</w:t>
      </w:r>
    </w:p>
    <w:p w14:paraId="69B42F3B" w14:textId="77777777" w:rsidR="00FE04CE" w:rsidRPr="00C52FBF" w:rsidRDefault="00FE04CE" w:rsidP="00FE04CE">
      <w:pPr>
        <w:jc w:val="center"/>
        <w:rPr>
          <w:rFonts w:asciiTheme="majorHAnsi" w:hAnsiTheme="majorHAnsi" w:cstheme="majorHAnsi"/>
          <w:sz w:val="22"/>
          <w:lang w:val="it-IT"/>
        </w:rPr>
      </w:pPr>
    </w:p>
    <w:p w14:paraId="5B097968" w14:textId="5D608AF7" w:rsidR="00553D4A" w:rsidRPr="00FE04CE" w:rsidRDefault="009A6E0F" w:rsidP="00FE04CE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b/>
          <w:sz w:val="24"/>
          <w:szCs w:val="24"/>
          <w:lang w:val="it-IT"/>
        </w:rPr>
        <w:t>AVVISO PUBBLICO PER LA RICERCA DI SPONSORIZZAZIONI FINANZIARIE PLURIME FINALIZZATE ALLA REALIZZAZIONE DI UNA PISTA DI PATTINAGGIO SU GHIACCIO NELL’AMBITO DELLE INIZIATIVE NATALIZIE 2026</w:t>
      </w:r>
      <w:r w:rsidR="00FF3A17">
        <w:rPr>
          <w:rFonts w:asciiTheme="majorHAnsi" w:hAnsiTheme="majorHAnsi" w:cstheme="majorHAnsi"/>
          <w:b/>
          <w:sz w:val="24"/>
          <w:szCs w:val="24"/>
          <w:lang w:val="it-IT"/>
        </w:rPr>
        <w:t>/2027.</w:t>
      </w:r>
    </w:p>
    <w:p w14:paraId="0CC10117" w14:textId="77777777" w:rsidR="00651C13" w:rsidRDefault="00651C13">
      <w:pPr>
        <w:jc w:val="right"/>
        <w:rPr>
          <w:rFonts w:asciiTheme="majorHAnsi" w:hAnsiTheme="majorHAnsi" w:cstheme="majorHAnsi"/>
          <w:sz w:val="24"/>
          <w:szCs w:val="24"/>
          <w:lang w:val="it-IT"/>
        </w:rPr>
      </w:pPr>
    </w:p>
    <w:p w14:paraId="4187164C" w14:textId="29ED1AF7" w:rsidR="00FE04CE" w:rsidRDefault="00FE04CE" w:rsidP="00FE04CE">
      <w:pPr>
        <w:spacing w:after="0" w:line="240" w:lineRule="auto"/>
        <w:jc w:val="right"/>
        <w:rPr>
          <w:rFonts w:asciiTheme="majorHAnsi" w:hAnsiTheme="majorHAnsi" w:cstheme="majorHAnsi"/>
          <w:sz w:val="24"/>
          <w:szCs w:val="24"/>
          <w:lang w:val="it-IT"/>
        </w:rPr>
      </w:pPr>
      <w:r>
        <w:rPr>
          <w:rFonts w:asciiTheme="majorHAnsi" w:hAnsiTheme="majorHAnsi" w:cstheme="majorHAnsi"/>
          <w:sz w:val="24"/>
          <w:szCs w:val="24"/>
          <w:lang w:val="it-IT"/>
        </w:rPr>
        <w:t>Al Comune di Assago</w:t>
      </w:r>
    </w:p>
    <w:p w14:paraId="3F91CF69" w14:textId="4DF95DB8" w:rsidR="00FE04CE" w:rsidRDefault="00FE04CE" w:rsidP="00FE04CE">
      <w:pPr>
        <w:spacing w:after="0" w:line="240" w:lineRule="auto"/>
        <w:jc w:val="right"/>
        <w:rPr>
          <w:rFonts w:asciiTheme="majorHAnsi" w:hAnsiTheme="majorHAnsi" w:cstheme="majorHAnsi"/>
          <w:sz w:val="24"/>
          <w:szCs w:val="24"/>
          <w:lang w:val="it-IT"/>
        </w:rPr>
      </w:pPr>
      <w:r>
        <w:rPr>
          <w:rFonts w:asciiTheme="majorHAnsi" w:hAnsiTheme="majorHAnsi" w:cstheme="majorHAnsi"/>
          <w:sz w:val="24"/>
          <w:szCs w:val="24"/>
          <w:lang w:val="it-IT"/>
        </w:rPr>
        <w:t>Area Affari Istituzionali, Eventi, Cultura e Sport</w:t>
      </w:r>
    </w:p>
    <w:p w14:paraId="31DAC382" w14:textId="75566DE9" w:rsidR="00FE04CE" w:rsidRDefault="00FE04CE" w:rsidP="00FE04CE">
      <w:pPr>
        <w:spacing w:after="0" w:line="240" w:lineRule="auto"/>
        <w:jc w:val="right"/>
        <w:rPr>
          <w:rFonts w:asciiTheme="majorHAnsi" w:hAnsiTheme="majorHAnsi" w:cstheme="majorHAnsi"/>
          <w:sz w:val="24"/>
          <w:szCs w:val="24"/>
          <w:lang w:val="it-IT"/>
        </w:rPr>
      </w:pPr>
      <w:r>
        <w:rPr>
          <w:rFonts w:asciiTheme="majorHAnsi" w:hAnsiTheme="majorHAnsi" w:cstheme="majorHAnsi"/>
          <w:sz w:val="24"/>
          <w:szCs w:val="24"/>
          <w:lang w:val="it-IT"/>
        </w:rPr>
        <w:t>Via Dei Caduti, 7</w:t>
      </w:r>
    </w:p>
    <w:p w14:paraId="58B783D2" w14:textId="794352B6" w:rsidR="00FE04CE" w:rsidRPr="00FE04CE" w:rsidRDefault="00FE04CE" w:rsidP="00FE04CE">
      <w:pPr>
        <w:spacing w:after="0" w:line="240" w:lineRule="auto"/>
        <w:jc w:val="right"/>
        <w:rPr>
          <w:rFonts w:asciiTheme="majorHAnsi" w:hAnsiTheme="majorHAnsi" w:cstheme="majorHAnsi"/>
          <w:sz w:val="24"/>
          <w:szCs w:val="24"/>
          <w:lang w:val="it-IT"/>
        </w:rPr>
      </w:pPr>
      <w:r>
        <w:rPr>
          <w:rFonts w:asciiTheme="majorHAnsi" w:hAnsiTheme="majorHAnsi" w:cstheme="majorHAnsi"/>
          <w:sz w:val="24"/>
          <w:szCs w:val="24"/>
          <w:lang w:val="it-IT"/>
        </w:rPr>
        <w:t>20057 – Assago (MI)</w:t>
      </w:r>
    </w:p>
    <w:p w14:paraId="15836140" w14:textId="1D2C596A" w:rsidR="00553D4A" w:rsidRPr="009C733B" w:rsidRDefault="009A6E0F" w:rsidP="00FE04CE">
      <w:pPr>
        <w:spacing w:after="0" w:line="240" w:lineRule="auto"/>
        <w:jc w:val="right"/>
        <w:rPr>
          <w:rFonts w:asciiTheme="majorHAnsi" w:hAnsiTheme="majorHAnsi" w:cstheme="majorHAnsi"/>
          <w:sz w:val="24"/>
          <w:szCs w:val="24"/>
          <w:lang w:val="fr-FR"/>
        </w:rPr>
      </w:pPr>
      <w:proofErr w:type="gramStart"/>
      <w:r w:rsidRPr="009C733B">
        <w:rPr>
          <w:rFonts w:asciiTheme="majorHAnsi" w:hAnsiTheme="majorHAnsi" w:cstheme="majorHAnsi"/>
          <w:sz w:val="24"/>
          <w:szCs w:val="24"/>
          <w:lang w:val="fr-FR"/>
        </w:rPr>
        <w:t>PEC:</w:t>
      </w:r>
      <w:proofErr w:type="gramEnd"/>
      <w:r w:rsidRPr="009C733B">
        <w:rPr>
          <w:rFonts w:asciiTheme="majorHAnsi" w:hAnsiTheme="majorHAnsi" w:cstheme="majorHAnsi"/>
          <w:sz w:val="24"/>
          <w:szCs w:val="24"/>
          <w:lang w:val="fr-FR"/>
        </w:rPr>
        <w:t xml:space="preserve"> sportello.cittadino@assago.legalmail.it</w:t>
      </w:r>
    </w:p>
    <w:p w14:paraId="7FACE4FC" w14:textId="77777777" w:rsidR="00432A96" w:rsidRPr="009C733B" w:rsidRDefault="00432A96">
      <w:pPr>
        <w:keepNext/>
        <w:spacing w:before="160"/>
        <w:rPr>
          <w:rFonts w:asciiTheme="majorHAnsi" w:hAnsiTheme="majorHAnsi" w:cstheme="majorHAnsi"/>
          <w:b/>
          <w:sz w:val="24"/>
          <w:szCs w:val="24"/>
          <w:lang w:val="fr-FR"/>
        </w:rPr>
      </w:pPr>
    </w:p>
    <w:p w14:paraId="6C369F40" w14:textId="1EF387C9" w:rsidR="00553D4A" w:rsidRPr="00FE04CE" w:rsidRDefault="009A6E0F">
      <w:pPr>
        <w:keepNext/>
        <w:spacing w:before="160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b/>
          <w:sz w:val="24"/>
          <w:szCs w:val="24"/>
          <w:lang w:val="it-IT"/>
        </w:rPr>
        <w:t>DATI DEL PROPONENTE</w:t>
      </w:r>
    </w:p>
    <w:p w14:paraId="068853A3" w14:textId="3F2DF42D" w:rsidR="00553D4A" w:rsidRPr="00FE04CE" w:rsidRDefault="009A6E0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>Il/La sottoscritto/a __________________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>__________________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_____________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>_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______________</w:t>
      </w:r>
    </w:p>
    <w:p w14:paraId="2F2F91E7" w14:textId="7B6ADD79" w:rsidR="00553D4A" w:rsidRPr="00FE04CE" w:rsidRDefault="009A6E0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Nato/a </w:t>
      </w:r>
      <w:proofErr w:type="spellStart"/>
      <w:r w:rsidRPr="00FE04CE">
        <w:rPr>
          <w:rFonts w:asciiTheme="majorHAnsi" w:hAnsiTheme="majorHAnsi" w:cstheme="majorHAnsi"/>
          <w:sz w:val="24"/>
          <w:szCs w:val="24"/>
          <w:lang w:val="it-IT"/>
        </w:rPr>
        <w:t>a</w:t>
      </w:r>
      <w:proofErr w:type="spellEnd"/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______________________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>____ il ____________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Codice fiscale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 xml:space="preserve"> _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_____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>_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______________</w:t>
      </w:r>
    </w:p>
    <w:p w14:paraId="4EFD1D6A" w14:textId="1F772A42" w:rsidR="00553D4A" w:rsidRPr="00FE04CE" w:rsidRDefault="009A6E0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>Residente in (Comune e indirizzo) __________________________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>____________________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______</w:t>
      </w:r>
    </w:p>
    <w:p w14:paraId="5F5E44D2" w14:textId="1BEC9630" w:rsidR="00553D4A" w:rsidRPr="00FE04CE" w:rsidRDefault="009A6E0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In qualità </w:t>
      </w:r>
      <w:r w:rsidR="00E26558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di: </w:t>
      </w:r>
      <w:r w:rsidR="00E26558"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persona fisica in proprio   </w:t>
      </w: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titolare   </w:t>
      </w: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legale rappresentante   </w:t>
      </w: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procuratore/delegato</w:t>
      </w:r>
    </w:p>
    <w:p w14:paraId="3E8319E9" w14:textId="74B673DF" w:rsidR="00553D4A" w:rsidRPr="00FE04CE" w:rsidRDefault="009A6E0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>Denominazione del soggetto rappresentato (se applicabile) ____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>_____________________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______</w:t>
      </w:r>
    </w:p>
    <w:p w14:paraId="4685CF85" w14:textId="6A96B62A" w:rsidR="00553D4A" w:rsidRPr="00FE04CE" w:rsidRDefault="009A6E0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>Sede legale / indirizzo ___________________________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>___________________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____________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>_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__</w:t>
      </w:r>
    </w:p>
    <w:p w14:paraId="1676ECEC" w14:textId="497FE51A" w:rsidR="00553D4A" w:rsidRPr="00FE04CE" w:rsidRDefault="009A6E0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>Codice fiscale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 xml:space="preserve"> _____________________ 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Partita IVA (se posseduta) _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>_________________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_______</w:t>
      </w:r>
    </w:p>
    <w:p w14:paraId="6B6BD7C6" w14:textId="140635CE" w:rsidR="00553D4A" w:rsidRPr="00FE04CE" w:rsidRDefault="009A6E0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>Registro Imprese / altro registro e iscrizione (se applicabile) ____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>_____________________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______</w:t>
      </w:r>
    </w:p>
    <w:p w14:paraId="2A0BDCEF" w14:textId="0E249481" w:rsidR="00553D4A" w:rsidRPr="00FE04CE" w:rsidRDefault="009A6E0F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>Recapito telefonico ____________________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E-mail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 xml:space="preserve"> ______________________________________ 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PEC per comunicazioni della procedura _________</w:t>
      </w:r>
      <w:r w:rsidR="00D04B86">
        <w:rPr>
          <w:rFonts w:asciiTheme="majorHAnsi" w:hAnsiTheme="majorHAnsi" w:cstheme="majorHAnsi"/>
          <w:sz w:val="24"/>
          <w:szCs w:val="24"/>
          <w:lang w:val="it-IT"/>
        </w:rPr>
        <w:t>______________________________________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_</w:t>
      </w:r>
    </w:p>
    <w:p w14:paraId="09AE4B4E" w14:textId="77777777" w:rsidR="00D04B86" w:rsidRPr="00D04B86" w:rsidRDefault="00D04B86" w:rsidP="005F6864">
      <w:pPr>
        <w:keepNext/>
        <w:spacing w:before="160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24277A1E" w14:textId="32D75395" w:rsidR="00553D4A" w:rsidRPr="00FE04CE" w:rsidRDefault="009A6E0F" w:rsidP="005F6864">
      <w:pPr>
        <w:keepNext/>
        <w:spacing w:before="160"/>
        <w:jc w:val="center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b/>
          <w:sz w:val="24"/>
          <w:szCs w:val="24"/>
          <w:lang w:val="it-IT"/>
        </w:rPr>
        <w:t>PRESENTA OFFERTA DI SPONSORIZZAZIONE FINANZIARIA</w:t>
      </w:r>
    </w:p>
    <w:p w14:paraId="19849AB5" w14:textId="42B19D0D" w:rsidR="00553D4A" w:rsidRPr="00FE04CE" w:rsidRDefault="009A6E0F" w:rsidP="00CE244A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Per sostenere la pista di pattinaggio su ghiaccio prevista in Via Matteotti, nell’area antistante Largo Padre Pio, dal </w:t>
      </w:r>
      <w:r w:rsidR="00073B86">
        <w:rPr>
          <w:rFonts w:asciiTheme="majorHAnsi" w:hAnsiTheme="majorHAnsi" w:cstheme="majorHAnsi"/>
          <w:sz w:val="24"/>
          <w:szCs w:val="24"/>
          <w:lang w:val="it-IT"/>
        </w:rPr>
        <w:t>29</w:t>
      </w:r>
      <w:r w:rsidR="00B2358D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novembre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2026 al </w:t>
      </w:r>
      <w:r w:rsidR="008D19DE">
        <w:rPr>
          <w:rFonts w:asciiTheme="majorHAnsi" w:hAnsiTheme="majorHAnsi" w:cstheme="majorHAnsi"/>
          <w:sz w:val="24"/>
          <w:szCs w:val="24"/>
          <w:lang w:val="it-IT"/>
        </w:rPr>
        <w:t xml:space="preserve">10 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gennaio 2027, il/la sottoscritto/a offre il seguente contributo economico:</w:t>
      </w:r>
    </w:p>
    <w:p w14:paraId="0F2FC203" w14:textId="7619B79E" w:rsidR="00553D4A" w:rsidRPr="00FE04CE" w:rsidRDefault="009A6E0F" w:rsidP="00CE244A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>Euro __________________ (in lettere ________________________________________________)</w:t>
      </w:r>
    </w:p>
    <w:p w14:paraId="36329FAB" w14:textId="77777777" w:rsidR="00553D4A" w:rsidRPr="00FE04CE" w:rsidRDefault="009A6E0F" w:rsidP="00CE244A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b/>
          <w:sz w:val="24"/>
          <w:szCs w:val="24"/>
          <w:lang w:val="it-IT"/>
        </w:rPr>
        <w:t>L’importo offerto è da intendersi oltre IVA di legge, che sarà applicata in aggiunta e dovrà essere corrisposta dallo sponsor.</w:t>
      </w:r>
    </w:p>
    <w:p w14:paraId="4F242DE6" w14:textId="57C17AE9" w:rsidR="00553D4A" w:rsidRPr="00FE04CE" w:rsidRDefault="009A6E0F" w:rsidP="00CE244A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>Categoria corrispondente all’importo offerto (barrare una sola casella):</w:t>
      </w:r>
    </w:p>
    <w:p w14:paraId="3A01B509" w14:textId="386CB144" w:rsidR="00553D4A" w:rsidRPr="00FE04CE" w:rsidRDefault="008F2A0B">
      <w:pPr>
        <w:ind w:left="283" w:hanging="255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lastRenderedPageBreak/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SPONSOR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SILVER – da euro </w:t>
      </w:r>
      <w:r w:rsidR="006818EB" w:rsidRPr="00FE04CE">
        <w:rPr>
          <w:rFonts w:asciiTheme="majorHAnsi" w:hAnsiTheme="majorHAnsi" w:cstheme="majorHAnsi"/>
          <w:sz w:val="24"/>
          <w:szCs w:val="24"/>
          <w:lang w:val="it-IT"/>
        </w:rPr>
        <w:t>1.0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>00,00 a euro 1.999,99, oltre IVA</w:t>
      </w:r>
    </w:p>
    <w:p w14:paraId="6E8AE3FF" w14:textId="22E34BAD" w:rsidR="00553D4A" w:rsidRPr="00FE04CE" w:rsidRDefault="008F2A0B">
      <w:pPr>
        <w:ind w:left="283" w:hanging="255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SPONSOR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GOLD – da euro 2.000,00 a euro 3.999,99, oltre IVA</w:t>
      </w:r>
    </w:p>
    <w:p w14:paraId="6159A3A6" w14:textId="6BD4AF6B" w:rsidR="00553D4A" w:rsidRDefault="008F2A0B">
      <w:pPr>
        <w:ind w:left="283" w:hanging="255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SPONSOR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PLATINUM – euro 4.000,00 o più, oltre IVA</w:t>
      </w:r>
    </w:p>
    <w:p w14:paraId="58F20664" w14:textId="77777777" w:rsidR="00CE244A" w:rsidRDefault="00CE244A" w:rsidP="005F6864">
      <w:pPr>
        <w:keepNext/>
        <w:spacing w:before="160"/>
        <w:jc w:val="center"/>
        <w:rPr>
          <w:rFonts w:asciiTheme="majorHAnsi" w:hAnsiTheme="majorHAnsi" w:cstheme="majorHAnsi"/>
          <w:b/>
          <w:sz w:val="24"/>
          <w:szCs w:val="24"/>
          <w:lang w:val="it-IT"/>
        </w:rPr>
      </w:pPr>
    </w:p>
    <w:p w14:paraId="46E7F471" w14:textId="44284BD5" w:rsidR="00553D4A" w:rsidRPr="00FE04CE" w:rsidRDefault="009A6E0F" w:rsidP="005F6864">
      <w:pPr>
        <w:keepNext/>
        <w:spacing w:before="160"/>
        <w:jc w:val="center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b/>
          <w:sz w:val="24"/>
          <w:szCs w:val="24"/>
          <w:lang w:val="it-IT"/>
        </w:rPr>
        <w:t>DICHIARAZIONI DEL PROPONENTE</w:t>
      </w:r>
    </w:p>
    <w:p w14:paraId="6A97D66B" w14:textId="77777777" w:rsidR="007E708F" w:rsidRPr="00FE04CE" w:rsidRDefault="009A6E0F" w:rsidP="00432A96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Consapevole delle responsabilità penali previste dall’art. 76 del D.P.R. 445/2000 in caso di dichiarazioni mendaci e della decadenza dai benefici ai sensi dell’art. 75 del medesimo decreto, ai sensi degli artt. 46 e 47 del D.P.R. 445/2000, sotto la propria responsabilità, </w:t>
      </w:r>
    </w:p>
    <w:p w14:paraId="4B99646C" w14:textId="5E09A73B" w:rsidR="00553D4A" w:rsidRPr="00FE04CE" w:rsidRDefault="009A6E0F" w:rsidP="00CE244A">
      <w:pPr>
        <w:jc w:val="center"/>
        <w:rPr>
          <w:rFonts w:asciiTheme="majorHAnsi" w:hAnsiTheme="majorHAnsi" w:cstheme="majorHAnsi"/>
          <w:sz w:val="24"/>
          <w:szCs w:val="24"/>
          <w:lang w:val="it-IT"/>
        </w:rPr>
      </w:pPr>
      <w:r w:rsidRPr="00CE244A">
        <w:rPr>
          <w:rFonts w:asciiTheme="majorHAnsi" w:hAnsiTheme="majorHAnsi" w:cstheme="majorHAnsi"/>
          <w:b/>
          <w:bCs/>
          <w:sz w:val="24"/>
          <w:szCs w:val="24"/>
          <w:lang w:val="it-IT"/>
        </w:rPr>
        <w:t>DICHIARA</w:t>
      </w:r>
    </w:p>
    <w:p w14:paraId="56AE671D" w14:textId="795FFF9C" w:rsidR="00553D4A" w:rsidRPr="00FE04CE" w:rsidRDefault="00432A96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di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essere in possesso dei requisiti necessari per contrattare con la Pubblica Amministrazione e dei requisiti di ordine generale di cui agli articoli 94 e seguenti del </w:t>
      </w:r>
      <w:proofErr w:type="spellStart"/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>D.Lgs.</w:t>
      </w:r>
      <w:proofErr w:type="spellEnd"/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36/2023, per quanto applicabili;</w:t>
      </w:r>
    </w:p>
    <w:p w14:paraId="7BB6A23E" w14:textId="1BF7AF7B" w:rsidR="00553D4A" w:rsidRPr="00FE04CE" w:rsidRDefault="00432A96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di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non trovarsi nelle ulteriori condizioni ostative previste dall’articolo 10 del vigente Regolamento comunale per la disciplina e la gestione delle sponsorizzazioni, degli accordi di collaborazione e delle erogazioni liberali;</w:t>
      </w:r>
    </w:p>
    <w:p w14:paraId="287B1524" w14:textId="4BE0197E" w:rsidR="00553D4A" w:rsidRPr="00FE04CE" w:rsidRDefault="00432A96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che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la sponsorizzazione proposta è coerente con gli interessi pubblici e con le finalità istituzionali dell’Amministrazione comunale e non presenta conflitti di interesse tra attività pubblica e privata;</w:t>
      </w:r>
    </w:p>
    <w:p w14:paraId="14E6E038" w14:textId="7B03905C" w:rsidR="00553D4A" w:rsidRPr="00FE04CE" w:rsidRDefault="00432A96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di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non avere controversie legali in corso con il Comune di Assago e di non trovarsi in situazioni di incapacità o divieto di contrattare con la Pubblica Amministrazione;</w:t>
      </w:r>
    </w:p>
    <w:p w14:paraId="78348B86" w14:textId="251E592B" w:rsidR="00553D4A" w:rsidRPr="00FE04CE" w:rsidRDefault="00432A96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che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l’attività svolta e il messaggio pubblicitario proposto non arrecano pregiudizio all’immagine del Comune e dell’iniziativa;</w:t>
      </w:r>
    </w:p>
    <w:p w14:paraId="12D982F4" w14:textId="244D481E" w:rsidR="00553D4A" w:rsidRPr="00FE04CE" w:rsidRDefault="00432A96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di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rispettare i principi di pari opportunità, non discriminazione, sicurezza e salute, diritti dei lavoratori, tutela dei consumatori e protezione dell’ambiente, ai sensi dell’articolo 10 del Regolamento comunale;</w:t>
      </w:r>
    </w:p>
    <w:p w14:paraId="3D817414" w14:textId="7E57302C" w:rsidR="00553D4A" w:rsidRPr="00FE04CE" w:rsidRDefault="00432A96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che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la sponsorizzazione e i messaggi pubblicitari non riguardano le attività, i prodotti o i contenuti esclusi dall’articolo 3 dell’Avviso e dall’articolo 10 del Regolamento comunale (tra cui propaganda politica, sindacale o religiosa; tabacco, prodotti alcolici, materiale pornografico o a sfondo sessuale, medicinali o cure mediche, sostanze vietate, gioco d’azzardo; messaggi offensivi o discriminatori);</w:t>
      </w:r>
    </w:p>
    <w:p w14:paraId="2A4EE7E7" w14:textId="7B4D6B12" w:rsidR="00553D4A" w:rsidRPr="00FE04CE" w:rsidRDefault="00432A96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di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aver preso visione e di accettare integralmente l’Avviso pubblico, il vigente Regolamento comunale e le condizioni relative alla categoria di sponsorizzazione selezionata;</w:t>
      </w:r>
    </w:p>
    <w:p w14:paraId="30234B15" w14:textId="55837664" w:rsidR="00553D4A" w:rsidRPr="00FE04CE" w:rsidRDefault="00432A96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di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impegnarsi, in caso di accoglimento, a stipulare il contratto di sponsorizzazione, corrispondere il contributo offerto oltre IVA nei termini contrattuali e fornire il proprio logo e gli eventuali 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lastRenderedPageBreak/>
        <w:t>materiali pubblicitari nei formati e nei tempi richiesti, assumendo gli oneri e le responsabilità di propria competenza, incluse le necessarie autorizzazioni;</w:t>
      </w:r>
    </w:p>
    <w:p w14:paraId="33DD6B81" w14:textId="44253714" w:rsidR="00432A96" w:rsidRDefault="00432A96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di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prendere atto che la presentazione dell’offerta non comporta automaticamente l’accoglimento della proposta e che non è riconosciuto alcun diritto di esclusiva</w:t>
      </w:r>
      <w:r w:rsidR="00CE244A">
        <w:rPr>
          <w:rFonts w:asciiTheme="majorHAnsi" w:hAnsiTheme="majorHAnsi" w:cstheme="majorHAnsi"/>
          <w:sz w:val="24"/>
          <w:szCs w:val="24"/>
          <w:lang w:val="it-IT"/>
        </w:rPr>
        <w:t>.</w:t>
      </w:r>
    </w:p>
    <w:p w14:paraId="509941ED" w14:textId="77777777" w:rsidR="00CE244A" w:rsidRPr="00FE04CE" w:rsidRDefault="00CE244A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</w:p>
    <w:p w14:paraId="1B599BBF" w14:textId="77777777" w:rsidR="00553D4A" w:rsidRPr="00FE04CE" w:rsidRDefault="009A6E0F" w:rsidP="005F6864">
      <w:pPr>
        <w:keepNext/>
        <w:spacing w:before="160"/>
        <w:jc w:val="center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b/>
          <w:sz w:val="24"/>
          <w:szCs w:val="24"/>
          <w:lang w:val="it-IT"/>
        </w:rPr>
        <w:t>COMUNICAZIONI E TRATTAMENTO DEI DATI</w:t>
      </w:r>
    </w:p>
    <w:p w14:paraId="57B8B950" w14:textId="77777777" w:rsidR="00553D4A" w:rsidRDefault="009A6E0F" w:rsidP="00432A96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>Il proponente indica la PEC sopra riportata per le comunicazioni relative alla procedura e dichiara di aver preso visione dell’informativa sul trattamento dei dati personali resa disponibile dal Comune, ai sensi del Regolamento (UE) 2016/679 e della normativa nazionale applicabile.</w:t>
      </w:r>
    </w:p>
    <w:p w14:paraId="1499E99B" w14:textId="77777777" w:rsidR="00CE244A" w:rsidRPr="00FE04CE" w:rsidRDefault="00CE244A" w:rsidP="00432A96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</w:p>
    <w:p w14:paraId="36F6215E" w14:textId="424546E8" w:rsidR="005F6864" w:rsidRPr="00FE04CE" w:rsidRDefault="009A6E0F" w:rsidP="00432A96">
      <w:pPr>
        <w:keepNext/>
        <w:spacing w:before="160"/>
        <w:jc w:val="center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b/>
          <w:sz w:val="24"/>
          <w:szCs w:val="24"/>
          <w:lang w:val="it-IT"/>
        </w:rPr>
        <w:t>DOCUMENTAZIONE ALLEGATA</w:t>
      </w:r>
    </w:p>
    <w:p w14:paraId="6E46442B" w14:textId="4BE7F711" w:rsidR="00553D4A" w:rsidRPr="00FE04CE" w:rsidRDefault="00432A96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Copia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del documento di identità in corso di validità del sottoscrittore, ove necessaria in relazione alla modalità di sottoscrizione;</w:t>
      </w:r>
    </w:p>
    <w:p w14:paraId="18B21C63" w14:textId="38D97E06" w:rsidR="00553D4A" w:rsidRPr="00FE04CE" w:rsidRDefault="00432A96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Logo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>/marchio identificativo e relativi file, se già disponibili (da trasmettere comunque nei tempi richiesti dal Comune in caso di accoglimento);</w:t>
      </w:r>
    </w:p>
    <w:p w14:paraId="03F7B1B3" w14:textId="2FE1EF6E" w:rsidR="00553D4A" w:rsidRPr="00FE04CE" w:rsidRDefault="00432A96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Procura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o delega comprovante i poteri di firma, se il modulo è sottoscritto da procuratore/delegato;</w:t>
      </w:r>
    </w:p>
    <w:p w14:paraId="5068C830" w14:textId="2BBA2AE7" w:rsidR="00553D4A" w:rsidRPr="00FE04CE" w:rsidRDefault="00432A96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Altro</w:t>
      </w:r>
      <w:r w:rsidR="009A6E0F" w:rsidRPr="00FE04CE">
        <w:rPr>
          <w:rFonts w:asciiTheme="majorHAnsi" w:hAnsiTheme="majorHAnsi" w:cstheme="majorHAnsi"/>
          <w:sz w:val="24"/>
          <w:szCs w:val="24"/>
          <w:lang w:val="it-IT"/>
        </w:rPr>
        <w:t>: ____________________________________________________________________</w:t>
      </w:r>
    </w:p>
    <w:p w14:paraId="70B960AB" w14:textId="77777777" w:rsidR="00540A1F" w:rsidRPr="00FE04CE" w:rsidRDefault="00540A1F" w:rsidP="00432A96">
      <w:pPr>
        <w:ind w:left="283" w:hanging="255"/>
        <w:jc w:val="both"/>
        <w:rPr>
          <w:rFonts w:asciiTheme="majorHAnsi" w:hAnsiTheme="majorHAnsi" w:cstheme="majorHAnsi"/>
          <w:sz w:val="24"/>
          <w:szCs w:val="24"/>
          <w:lang w:val="it-IT"/>
        </w:rPr>
      </w:pPr>
    </w:p>
    <w:p w14:paraId="5ED4C110" w14:textId="3F3147B7" w:rsidR="00553D4A" w:rsidRPr="00FE04CE" w:rsidRDefault="009A6E0F" w:rsidP="00432A96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Luogo e </w:t>
      </w:r>
      <w:r w:rsidR="00432A96" w:rsidRPr="00FE04CE">
        <w:rPr>
          <w:rFonts w:asciiTheme="majorHAnsi" w:hAnsiTheme="majorHAnsi" w:cstheme="majorHAnsi"/>
          <w:sz w:val="24"/>
          <w:szCs w:val="24"/>
          <w:lang w:val="it-IT"/>
        </w:rPr>
        <w:t>data _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_____________________</w:t>
      </w:r>
    </w:p>
    <w:p w14:paraId="30C6BEFB" w14:textId="77777777" w:rsidR="00540A1F" w:rsidRPr="00FE04CE" w:rsidRDefault="00540A1F" w:rsidP="00432A96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</w:p>
    <w:p w14:paraId="22FF64AC" w14:textId="34543110" w:rsidR="00553D4A" w:rsidRPr="00FE04CE" w:rsidRDefault="009A6E0F" w:rsidP="00432A96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Firma del proponente / legale rappresentante / </w:t>
      </w:r>
      <w:r w:rsidR="00432A96" w:rsidRPr="00FE04CE">
        <w:rPr>
          <w:rFonts w:asciiTheme="majorHAnsi" w:hAnsiTheme="majorHAnsi" w:cstheme="majorHAnsi"/>
          <w:sz w:val="24"/>
          <w:szCs w:val="24"/>
          <w:lang w:val="it-IT"/>
        </w:rPr>
        <w:t>procuratore _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>_____________________________</w:t>
      </w:r>
    </w:p>
    <w:p w14:paraId="045795CF" w14:textId="77777777" w:rsidR="00432A96" w:rsidRDefault="00432A96" w:rsidP="00432A96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</w:p>
    <w:p w14:paraId="6CB5B763" w14:textId="77777777" w:rsidR="00CE244A" w:rsidRPr="00FE04CE" w:rsidRDefault="00CE244A" w:rsidP="00432A96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</w:p>
    <w:p w14:paraId="3AC5D681" w14:textId="34581647" w:rsidR="00553D4A" w:rsidRPr="00FE04CE" w:rsidRDefault="009A6E0F" w:rsidP="00432A96">
      <w:pPr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La domanda, sottoscritta, deve essere trasmessa esclusivamente tramite PEC all’indirizzo sportello.cittadino@assago.legalmail.it </w:t>
      </w:r>
      <w:r w:rsidRPr="009409CA">
        <w:rPr>
          <w:rFonts w:asciiTheme="majorHAnsi" w:hAnsiTheme="majorHAnsi" w:cstheme="majorHAnsi"/>
          <w:sz w:val="24"/>
          <w:szCs w:val="24"/>
          <w:lang w:val="it-IT"/>
        </w:rPr>
        <w:t>entro le ore 12:00 d</w:t>
      </w:r>
      <w:r w:rsidR="00482D09" w:rsidRPr="009409CA">
        <w:rPr>
          <w:rFonts w:asciiTheme="majorHAnsi" w:hAnsiTheme="majorHAnsi" w:cstheme="majorHAnsi"/>
          <w:sz w:val="24"/>
          <w:szCs w:val="24"/>
          <w:lang w:val="it-IT"/>
        </w:rPr>
        <w:t xml:space="preserve">i </w:t>
      </w:r>
      <w:r w:rsidR="001D77F7" w:rsidRPr="009409CA">
        <w:rPr>
          <w:rFonts w:asciiTheme="majorHAnsi" w:hAnsiTheme="majorHAnsi" w:cstheme="majorHAnsi"/>
          <w:sz w:val="24"/>
          <w:szCs w:val="24"/>
          <w:lang w:val="it-IT"/>
        </w:rPr>
        <w:t xml:space="preserve">lunedì </w:t>
      </w:r>
      <w:r w:rsidR="009C733B" w:rsidRPr="009409CA">
        <w:rPr>
          <w:rFonts w:asciiTheme="majorHAnsi" w:hAnsiTheme="majorHAnsi" w:cstheme="majorHAnsi"/>
          <w:sz w:val="24"/>
          <w:szCs w:val="24"/>
          <w:lang w:val="it-IT"/>
        </w:rPr>
        <w:t>2/11/</w:t>
      </w:r>
      <w:r w:rsidRPr="009409CA">
        <w:rPr>
          <w:rFonts w:asciiTheme="majorHAnsi" w:hAnsiTheme="majorHAnsi" w:cstheme="majorHAnsi"/>
          <w:sz w:val="24"/>
          <w:szCs w:val="24"/>
          <w:lang w:val="it-IT"/>
        </w:rPr>
        <w:t>2026,</w:t>
      </w:r>
      <w:r w:rsidRPr="00FE04CE">
        <w:rPr>
          <w:rFonts w:asciiTheme="majorHAnsi" w:hAnsiTheme="majorHAnsi" w:cstheme="majorHAnsi"/>
          <w:sz w:val="24"/>
          <w:szCs w:val="24"/>
          <w:lang w:val="it-IT"/>
        </w:rPr>
        <w:t xml:space="preserve"> secondo l’articolo 6 dell’Avviso.</w:t>
      </w:r>
    </w:p>
    <w:sectPr w:rsidR="00553D4A" w:rsidRPr="00FE04CE" w:rsidSect="00034616"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6504964">
    <w:abstractNumId w:val="8"/>
  </w:num>
  <w:num w:numId="2" w16cid:durableId="2115854646">
    <w:abstractNumId w:val="6"/>
  </w:num>
  <w:num w:numId="3" w16cid:durableId="1928034085">
    <w:abstractNumId w:val="5"/>
  </w:num>
  <w:num w:numId="4" w16cid:durableId="454951466">
    <w:abstractNumId w:val="4"/>
  </w:num>
  <w:num w:numId="5" w16cid:durableId="203367085">
    <w:abstractNumId w:val="7"/>
  </w:num>
  <w:num w:numId="6" w16cid:durableId="174853427">
    <w:abstractNumId w:val="3"/>
  </w:num>
  <w:num w:numId="7" w16cid:durableId="917443401">
    <w:abstractNumId w:val="2"/>
  </w:num>
  <w:num w:numId="8" w16cid:durableId="1027491424">
    <w:abstractNumId w:val="1"/>
  </w:num>
  <w:num w:numId="9" w16cid:durableId="2080519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B86"/>
    <w:rsid w:val="000F0CB9"/>
    <w:rsid w:val="0015074B"/>
    <w:rsid w:val="001D77F7"/>
    <w:rsid w:val="0029639D"/>
    <w:rsid w:val="002D4E83"/>
    <w:rsid w:val="00326F90"/>
    <w:rsid w:val="00432A96"/>
    <w:rsid w:val="00460DB4"/>
    <w:rsid w:val="00482D09"/>
    <w:rsid w:val="004B189B"/>
    <w:rsid w:val="00540A1F"/>
    <w:rsid w:val="00553D4A"/>
    <w:rsid w:val="005F6864"/>
    <w:rsid w:val="00651C13"/>
    <w:rsid w:val="006818EB"/>
    <w:rsid w:val="007E708F"/>
    <w:rsid w:val="008D19DE"/>
    <w:rsid w:val="008F2A0B"/>
    <w:rsid w:val="009409CA"/>
    <w:rsid w:val="0097758B"/>
    <w:rsid w:val="009A6E0F"/>
    <w:rsid w:val="009A6ECB"/>
    <w:rsid w:val="009C733B"/>
    <w:rsid w:val="00AA1D8D"/>
    <w:rsid w:val="00AA30AB"/>
    <w:rsid w:val="00B2358D"/>
    <w:rsid w:val="00B47730"/>
    <w:rsid w:val="00BC6AC5"/>
    <w:rsid w:val="00C52FBF"/>
    <w:rsid w:val="00CB0664"/>
    <w:rsid w:val="00CD30DE"/>
    <w:rsid w:val="00CE244A"/>
    <w:rsid w:val="00D04B86"/>
    <w:rsid w:val="00E26558"/>
    <w:rsid w:val="00F14361"/>
    <w:rsid w:val="00FC693F"/>
    <w:rsid w:val="00FE04CE"/>
    <w:rsid w:val="00FF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8796E0"/>
  <w14:defaultImageDpi w14:val="300"/>
  <w15:docId w15:val="{D3B947D1-FEC9-4B9D-A978-F3C8E3DB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Elena Fotia</cp:lastModifiedBy>
  <cp:revision>23</cp:revision>
  <cp:lastPrinted>2026-10-09T15:00:00Z</cp:lastPrinted>
  <dcterms:created xsi:type="dcterms:W3CDTF">2026-10-09T14:58:00Z</dcterms:created>
  <dcterms:modified xsi:type="dcterms:W3CDTF">2026-10-19T12:17:00Z</dcterms:modified>
  <cp:category/>
</cp:coreProperties>
</file>